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6FB2E2" w14:textId="77777777" w:rsidR="005C51A4" w:rsidRPr="00482BBD" w:rsidRDefault="00000000" w:rsidP="006C42FB">
      <w:pPr>
        <w:spacing w:after="0" w:line="240" w:lineRule="auto"/>
        <w:jc w:val="center"/>
        <w:rPr>
          <w:rFonts w:ascii="Times New Roman" w:hAnsi="Times New Roman" w:cs="Times New Roman"/>
          <w:b/>
          <w:bCs/>
          <w:sz w:val="28"/>
          <w:szCs w:val="28"/>
          <w:u w:val="single"/>
        </w:rPr>
      </w:pPr>
      <w:r w:rsidRPr="00482BBD">
        <w:rPr>
          <w:rFonts w:ascii="Times New Roman" w:hAnsi="Times New Roman" w:cs="Times New Roman"/>
          <w:b/>
          <w:bCs/>
          <w:sz w:val="28"/>
          <w:szCs w:val="28"/>
          <w:u w:val="single"/>
        </w:rPr>
        <w:t>Code of Conduct Complaint Form</w:t>
      </w:r>
    </w:p>
    <w:p w14:paraId="772E531A" w14:textId="6D3F3E44" w:rsidR="005C51A4" w:rsidRPr="00482BBD" w:rsidRDefault="00000000" w:rsidP="00A71745">
      <w:pPr>
        <w:spacing w:after="0" w:line="240" w:lineRule="auto"/>
        <w:jc w:val="center"/>
        <w:rPr>
          <w:rFonts w:ascii="Times New Roman" w:hAnsi="Times New Roman" w:cs="Times New Roman"/>
          <w:b/>
          <w:bCs/>
          <w:sz w:val="28"/>
          <w:szCs w:val="28"/>
          <w:u w:val="single"/>
        </w:rPr>
      </w:pPr>
      <w:r w:rsidRPr="00482BBD">
        <w:rPr>
          <w:rFonts w:ascii="Times New Roman" w:hAnsi="Times New Roman" w:cs="Times New Roman"/>
          <w:b/>
          <w:bCs/>
          <w:sz w:val="28"/>
          <w:szCs w:val="28"/>
          <w:u w:val="single"/>
        </w:rPr>
        <w:t>United Nations Climate Change conferences and events</w:t>
      </w:r>
    </w:p>
    <w:p w14:paraId="44E37C73" w14:textId="77777777" w:rsidR="00F9424B" w:rsidRPr="00A71745" w:rsidRDefault="00F9424B" w:rsidP="00F9424B">
      <w:pPr>
        <w:rPr>
          <w:rFonts w:ascii="Times New Roman" w:hAnsi="Times New Roman" w:cs="Times New Roman"/>
        </w:rPr>
      </w:pPr>
    </w:p>
    <w:p w14:paraId="4090D16A" w14:textId="0EBEB2F1" w:rsidR="00F9424B"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t xml:space="preserve">Please complete this form and email it to </w:t>
      </w:r>
      <w:r w:rsidRPr="00A71745">
        <w:rPr>
          <w:rFonts w:ascii="Times New Roman" w:hAnsi="Times New Roman" w:cs="Times New Roman"/>
          <w:b/>
          <w:sz w:val="24"/>
          <w:szCs w:val="24"/>
        </w:rPr>
        <w:t>SpeakUp@unfccc.int</w:t>
      </w:r>
      <w:r w:rsidRPr="00A71745">
        <w:rPr>
          <w:rFonts w:ascii="Times New Roman" w:hAnsi="Times New Roman" w:cs="Times New Roman"/>
          <w:sz w:val="24"/>
          <w:szCs w:val="24"/>
        </w:rPr>
        <w:t xml:space="preserve"> </w:t>
      </w:r>
    </w:p>
    <w:p w14:paraId="35DD3770" w14:textId="77777777" w:rsidR="00A71745" w:rsidRDefault="00A71745" w:rsidP="00F9424B">
      <w:pPr>
        <w:rPr>
          <w:rFonts w:ascii="Times New Roman" w:hAnsi="Times New Roman" w:cs="Times New Roman"/>
          <w:sz w:val="24"/>
          <w:szCs w:val="24"/>
        </w:rPr>
      </w:pPr>
    </w:p>
    <w:p w14:paraId="473705D4" w14:textId="768C3E16" w:rsidR="005C51A4"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t>Provide as much information as you can. You may leave questions blank if you do not know the answer</w:t>
      </w:r>
      <w:r w:rsidR="00280E9E">
        <w:rPr>
          <w:rFonts w:ascii="Times New Roman" w:hAnsi="Times New Roman" w:cs="Times New Roman"/>
          <w:sz w:val="24"/>
          <w:szCs w:val="24"/>
        </w:rPr>
        <w:t xml:space="preserve"> or have the information</w:t>
      </w:r>
      <w:r w:rsidRPr="00A71745">
        <w:rPr>
          <w:rFonts w:ascii="Times New Roman" w:hAnsi="Times New Roman" w:cs="Times New Roman"/>
          <w:sz w:val="24"/>
          <w:szCs w:val="24"/>
        </w:rPr>
        <w:t xml:space="preserve">. </w:t>
      </w:r>
    </w:p>
    <w:p w14:paraId="539CE344" w14:textId="77777777" w:rsidR="00F9424B" w:rsidRPr="00A71745" w:rsidRDefault="00F9424B" w:rsidP="00F9424B">
      <w:pPr>
        <w:rPr>
          <w:rFonts w:ascii="Times New Roman" w:hAnsi="Times New Roman" w:cs="Times New Roman"/>
        </w:rPr>
      </w:pPr>
    </w:p>
    <w:p w14:paraId="44D3A864" w14:textId="007996DA" w:rsidR="005C51A4"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t>Conference or event name</w:t>
      </w:r>
    </w:p>
    <w:p w14:paraId="06EFDDA5" w14:textId="0D161CF9"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w:t>
      </w:r>
      <w:r w:rsidR="00707587" w:rsidRPr="006C42FB">
        <w:rPr>
          <w:rFonts w:ascii="Times New Roman" w:hAnsi="Times New Roman" w:cs="Times New Roman"/>
          <w:sz w:val="24"/>
          <w:szCs w:val="24"/>
        </w:rPr>
        <w:t>COP 31</w:t>
      </w:r>
      <w:r w:rsidRPr="006C42FB">
        <w:rPr>
          <w:rFonts w:ascii="Times New Roman" w:hAnsi="Times New Roman" w:cs="Times New Roman"/>
          <w:sz w:val="24"/>
          <w:szCs w:val="24"/>
        </w:rPr>
        <w:t>_______________________________________________________________</w:t>
      </w:r>
    </w:p>
    <w:p w14:paraId="3B16CA33" w14:textId="258F633B" w:rsidR="005C51A4" w:rsidRPr="00EE44B3" w:rsidRDefault="00000000" w:rsidP="00F9424B">
      <w:pPr>
        <w:rPr>
          <w:rFonts w:ascii="Times New Roman" w:hAnsi="Times New Roman" w:cs="Times New Roman"/>
          <w:b/>
          <w:bCs/>
          <w:sz w:val="24"/>
          <w:szCs w:val="24"/>
        </w:rPr>
      </w:pPr>
      <w:r w:rsidRPr="00A71745">
        <w:rPr>
          <w:rFonts w:ascii="Times New Roman" w:hAnsi="Times New Roman" w:cs="Times New Roman"/>
          <w:sz w:val="24"/>
          <w:szCs w:val="24"/>
        </w:rPr>
        <w:t>1</w:t>
      </w:r>
      <w:r w:rsidR="00F9424B" w:rsidRPr="00A71745">
        <w:rPr>
          <w:rFonts w:ascii="Times New Roman" w:hAnsi="Times New Roman" w:cs="Times New Roman"/>
          <w:sz w:val="24"/>
          <w:szCs w:val="24"/>
        </w:rPr>
        <w:t>.</w:t>
      </w:r>
      <w:r w:rsidRPr="00A71745">
        <w:rPr>
          <w:rFonts w:ascii="Times New Roman" w:hAnsi="Times New Roman" w:cs="Times New Roman"/>
          <w:sz w:val="24"/>
          <w:szCs w:val="24"/>
        </w:rPr>
        <w:t xml:space="preserve">  </w:t>
      </w:r>
      <w:r w:rsidRPr="00EE44B3">
        <w:rPr>
          <w:rFonts w:ascii="Times New Roman" w:hAnsi="Times New Roman" w:cs="Times New Roman"/>
          <w:b/>
          <w:bCs/>
          <w:sz w:val="24"/>
          <w:szCs w:val="24"/>
        </w:rPr>
        <w:t>What is your connection to the incident?</w:t>
      </w:r>
    </w:p>
    <w:p w14:paraId="7457D666" w14:textId="77777777" w:rsidR="005C51A4" w:rsidRPr="00A71745" w:rsidRDefault="00000000" w:rsidP="00F9424B">
      <w:pPr>
        <w:rPr>
          <w:rFonts w:ascii="Times New Roman" w:hAnsi="Times New Roman" w:cs="Times New Roman"/>
          <w:sz w:val="24"/>
          <w:szCs w:val="24"/>
        </w:rPr>
      </w:pPr>
      <w:r w:rsidRPr="00A71745">
        <w:rPr>
          <w:rFonts w:ascii="Segoe UI Symbol" w:hAnsi="Segoe UI Symbol" w:cs="Segoe UI Symbol"/>
          <w:sz w:val="24"/>
          <w:szCs w:val="24"/>
        </w:rPr>
        <w:t>☐</w:t>
      </w:r>
      <w:r w:rsidRPr="00A71745">
        <w:rPr>
          <w:rFonts w:ascii="Times New Roman" w:hAnsi="Times New Roman" w:cs="Times New Roman"/>
          <w:sz w:val="24"/>
          <w:szCs w:val="24"/>
        </w:rPr>
        <w:t xml:space="preserve"> I experienced it   </w:t>
      </w:r>
      <w:r w:rsidRPr="00A71745">
        <w:rPr>
          <w:rFonts w:ascii="Segoe UI Symbol" w:hAnsi="Segoe UI Symbol" w:cs="Segoe UI Symbol"/>
          <w:sz w:val="24"/>
          <w:szCs w:val="24"/>
        </w:rPr>
        <w:t>☐</w:t>
      </w:r>
      <w:r w:rsidRPr="00A71745">
        <w:rPr>
          <w:rFonts w:ascii="Times New Roman" w:hAnsi="Times New Roman" w:cs="Times New Roman"/>
          <w:sz w:val="24"/>
          <w:szCs w:val="24"/>
        </w:rPr>
        <w:t xml:space="preserve"> I witnessed it   </w:t>
      </w:r>
      <w:r w:rsidRPr="00A71745">
        <w:rPr>
          <w:rFonts w:ascii="Segoe UI Symbol" w:hAnsi="Segoe UI Symbol" w:cs="Segoe UI Symbol"/>
          <w:sz w:val="24"/>
          <w:szCs w:val="24"/>
        </w:rPr>
        <w:t>☐</w:t>
      </w:r>
      <w:r w:rsidRPr="00A71745">
        <w:rPr>
          <w:rFonts w:ascii="Times New Roman" w:hAnsi="Times New Roman" w:cs="Times New Roman"/>
          <w:sz w:val="24"/>
          <w:szCs w:val="24"/>
        </w:rPr>
        <w:t xml:space="preserve"> I learned about it from someone else</w:t>
      </w:r>
    </w:p>
    <w:p w14:paraId="68C8F905" w14:textId="5CAC2C37" w:rsidR="005C51A4"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t xml:space="preserve">If you learned about it from someone else, please explain </w:t>
      </w:r>
      <w:r w:rsidR="000C2C4B">
        <w:rPr>
          <w:rFonts w:ascii="Times New Roman" w:hAnsi="Times New Roman" w:cs="Times New Roman"/>
          <w:sz w:val="24"/>
          <w:szCs w:val="24"/>
        </w:rPr>
        <w:t xml:space="preserve">the circumstances </w:t>
      </w:r>
      <w:r w:rsidRPr="00A71745">
        <w:rPr>
          <w:rFonts w:ascii="Times New Roman" w:hAnsi="Times New Roman" w:cs="Times New Roman"/>
          <w:sz w:val="24"/>
          <w:szCs w:val="24"/>
        </w:rPr>
        <w:t>how you became aware of it.</w:t>
      </w:r>
    </w:p>
    <w:p w14:paraId="0106194D"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62054256" w14:textId="08DE8FED" w:rsidR="005C51A4"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t>2</w:t>
      </w:r>
      <w:r w:rsidR="00F9424B" w:rsidRPr="00A71745">
        <w:rPr>
          <w:rFonts w:ascii="Times New Roman" w:hAnsi="Times New Roman" w:cs="Times New Roman"/>
          <w:sz w:val="24"/>
          <w:szCs w:val="24"/>
        </w:rPr>
        <w:t>.</w:t>
      </w:r>
      <w:r w:rsidRPr="00A71745">
        <w:rPr>
          <w:rFonts w:ascii="Times New Roman" w:hAnsi="Times New Roman" w:cs="Times New Roman"/>
          <w:sz w:val="24"/>
          <w:szCs w:val="24"/>
        </w:rPr>
        <w:t xml:space="preserve">  </w:t>
      </w:r>
      <w:r w:rsidRPr="00EE44B3">
        <w:rPr>
          <w:rFonts w:ascii="Times New Roman" w:hAnsi="Times New Roman" w:cs="Times New Roman"/>
          <w:b/>
          <w:bCs/>
          <w:sz w:val="24"/>
          <w:szCs w:val="24"/>
        </w:rPr>
        <w:t>Who was involved?</w:t>
      </w:r>
    </w:p>
    <w:p w14:paraId="7ECED340" w14:textId="61B5948B" w:rsidR="005C51A4"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t>If known, include names, roles or affiliations, organizations, or other identifying details. Please distinguish the person whose conduct you are reporting from anyone affected.</w:t>
      </w:r>
    </w:p>
    <w:p w14:paraId="5F8B4D23"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7E1B2089"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71BC2C64" w14:textId="5D442122" w:rsidR="005C51A4" w:rsidRPr="00EE44B3" w:rsidRDefault="00000000" w:rsidP="00F9424B">
      <w:pPr>
        <w:rPr>
          <w:rFonts w:ascii="Times New Roman" w:hAnsi="Times New Roman" w:cs="Times New Roman"/>
          <w:b/>
          <w:bCs/>
          <w:sz w:val="24"/>
          <w:szCs w:val="24"/>
        </w:rPr>
      </w:pPr>
      <w:r w:rsidRPr="00A71745">
        <w:rPr>
          <w:rFonts w:ascii="Times New Roman" w:hAnsi="Times New Roman" w:cs="Times New Roman"/>
          <w:sz w:val="24"/>
          <w:szCs w:val="24"/>
        </w:rPr>
        <w:t>3</w:t>
      </w:r>
      <w:r w:rsidR="00F9424B" w:rsidRPr="00A71745">
        <w:rPr>
          <w:rFonts w:ascii="Times New Roman" w:hAnsi="Times New Roman" w:cs="Times New Roman"/>
          <w:sz w:val="24"/>
          <w:szCs w:val="24"/>
        </w:rPr>
        <w:t>.</w:t>
      </w:r>
      <w:r w:rsidRPr="00A71745">
        <w:rPr>
          <w:rFonts w:ascii="Times New Roman" w:hAnsi="Times New Roman" w:cs="Times New Roman"/>
          <w:sz w:val="24"/>
          <w:szCs w:val="24"/>
        </w:rPr>
        <w:t xml:space="preserve">  </w:t>
      </w:r>
      <w:r w:rsidRPr="00EE44B3">
        <w:rPr>
          <w:rFonts w:ascii="Times New Roman" w:hAnsi="Times New Roman" w:cs="Times New Roman"/>
          <w:b/>
          <w:bCs/>
          <w:sz w:val="24"/>
          <w:szCs w:val="24"/>
        </w:rPr>
        <w:t>When and where did it happen?</w:t>
      </w:r>
    </w:p>
    <w:p w14:paraId="5AFFE57F" w14:textId="77777777" w:rsidR="005C51A4"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t>Give the date, time, and location, or your best estimate. For online conduct, identify the platform or communication channel. Include relevant dates if there was more than one incident.</w:t>
      </w:r>
    </w:p>
    <w:p w14:paraId="26142C01"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6EE8E74B"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77FE2CA4" w14:textId="19B7EB5F" w:rsidR="005C51A4" w:rsidRPr="00EE44B3" w:rsidRDefault="00000000" w:rsidP="00F9424B">
      <w:pPr>
        <w:rPr>
          <w:rFonts w:ascii="Times New Roman" w:hAnsi="Times New Roman" w:cs="Times New Roman"/>
          <w:b/>
          <w:bCs/>
          <w:sz w:val="24"/>
          <w:szCs w:val="24"/>
        </w:rPr>
      </w:pPr>
      <w:r w:rsidRPr="00A71745">
        <w:rPr>
          <w:rFonts w:ascii="Times New Roman" w:hAnsi="Times New Roman" w:cs="Times New Roman"/>
          <w:sz w:val="24"/>
          <w:szCs w:val="24"/>
        </w:rPr>
        <w:t>4</w:t>
      </w:r>
      <w:r w:rsidR="00F9424B" w:rsidRPr="00A71745">
        <w:rPr>
          <w:rFonts w:ascii="Times New Roman" w:hAnsi="Times New Roman" w:cs="Times New Roman"/>
          <w:sz w:val="24"/>
          <w:szCs w:val="24"/>
        </w:rPr>
        <w:t>.</w:t>
      </w:r>
      <w:r w:rsidRPr="00A71745">
        <w:rPr>
          <w:rFonts w:ascii="Times New Roman" w:hAnsi="Times New Roman" w:cs="Times New Roman"/>
          <w:sz w:val="24"/>
          <w:szCs w:val="24"/>
        </w:rPr>
        <w:t xml:space="preserve">  </w:t>
      </w:r>
      <w:r w:rsidRPr="00EE44B3">
        <w:rPr>
          <w:rFonts w:ascii="Times New Roman" w:hAnsi="Times New Roman" w:cs="Times New Roman"/>
          <w:b/>
          <w:bCs/>
          <w:sz w:val="24"/>
          <w:szCs w:val="24"/>
        </w:rPr>
        <w:t>What happened?</w:t>
      </w:r>
    </w:p>
    <w:p w14:paraId="6D038E48" w14:textId="77777777" w:rsidR="005C51A4"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t>Describe the conduct in your own words, including what was said or done and the sequence of events. Distinguish what you experienced or observed directly from information provided by others.</w:t>
      </w:r>
    </w:p>
    <w:p w14:paraId="3C763FFD"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1F81B30A"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4DBE5036"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19180FB2"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4B1EDE9A"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7A4EA9F6"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36DB3169"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6409AC6F" w14:textId="7DE52A17" w:rsidR="005C51A4" w:rsidRPr="00EE44B3" w:rsidRDefault="006C42FB" w:rsidP="00F9424B">
      <w:pPr>
        <w:rPr>
          <w:rFonts w:ascii="Times New Roman" w:hAnsi="Times New Roman" w:cs="Times New Roman"/>
          <w:b/>
          <w:bCs/>
          <w:sz w:val="24"/>
          <w:szCs w:val="24"/>
        </w:rPr>
      </w:pPr>
      <w:r>
        <w:rPr>
          <w:rFonts w:ascii="Times New Roman" w:hAnsi="Times New Roman" w:cs="Times New Roman"/>
          <w:sz w:val="24"/>
          <w:szCs w:val="24"/>
        </w:rPr>
        <w:lastRenderedPageBreak/>
        <w:t xml:space="preserve">5. </w:t>
      </w:r>
      <w:r w:rsidR="00941398" w:rsidRPr="00EE44B3">
        <w:rPr>
          <w:rFonts w:ascii="Times New Roman" w:hAnsi="Times New Roman" w:cs="Times New Roman"/>
          <w:b/>
          <w:bCs/>
          <w:sz w:val="24"/>
          <w:szCs w:val="24"/>
        </w:rPr>
        <w:t>Is there information that could help us understand what happened?</w:t>
      </w:r>
    </w:p>
    <w:p w14:paraId="58DDA3DE" w14:textId="535055DE" w:rsidR="005C51A4"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t xml:space="preserve">Please identify relevant messages, emails, photographs, recordings, documents, or witnesses. You may attach supporting material already available to you. If known, provide witness contact details or explain how the information can be obtained. </w:t>
      </w:r>
    </w:p>
    <w:p w14:paraId="49E45BDB"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58A4C317"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43DD1DBA"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7144C600" w14:textId="77777777" w:rsidR="000212D2" w:rsidRPr="00A71745" w:rsidRDefault="000212D2" w:rsidP="00F9424B">
      <w:pPr>
        <w:rPr>
          <w:rFonts w:ascii="Times New Roman" w:hAnsi="Times New Roman" w:cs="Times New Roman"/>
          <w:sz w:val="24"/>
          <w:szCs w:val="24"/>
        </w:rPr>
      </w:pPr>
    </w:p>
    <w:p w14:paraId="0EADE535" w14:textId="16B8DEFE" w:rsidR="00290E22" w:rsidRPr="00290E22" w:rsidRDefault="000212D2" w:rsidP="00290E22">
      <w:pPr>
        <w:rPr>
          <w:rFonts w:ascii="Times New Roman" w:hAnsi="Times New Roman" w:cs="Times New Roman"/>
          <w:sz w:val="24"/>
          <w:szCs w:val="24"/>
        </w:rPr>
      </w:pPr>
      <w:r>
        <w:rPr>
          <w:rFonts w:ascii="Times New Roman" w:hAnsi="Times New Roman" w:cs="Times New Roman"/>
          <w:sz w:val="24"/>
          <w:szCs w:val="24"/>
        </w:rPr>
        <w:t>6.</w:t>
      </w:r>
      <w:r w:rsidR="00290E22">
        <w:rPr>
          <w:rFonts w:ascii="Times New Roman" w:hAnsi="Times New Roman" w:cs="Times New Roman"/>
          <w:sz w:val="24"/>
          <w:szCs w:val="24"/>
        </w:rPr>
        <w:t xml:space="preserve"> </w:t>
      </w:r>
      <w:r w:rsidR="00290E22" w:rsidRPr="00290E22">
        <w:rPr>
          <w:rFonts w:ascii="Times New Roman" w:hAnsi="Times New Roman" w:cs="Times New Roman"/>
          <w:b/>
          <w:bCs/>
          <w:sz w:val="24"/>
          <w:szCs w:val="24"/>
        </w:rPr>
        <w:t>Continuing conduct or immediate concerns</w:t>
      </w:r>
    </w:p>
    <w:p w14:paraId="44C644F5" w14:textId="75D91B54" w:rsidR="000212D2" w:rsidRDefault="00B939E6" w:rsidP="00290E22">
      <w:pPr>
        <w:rPr>
          <w:rFonts w:ascii="Times New Roman" w:hAnsi="Times New Roman" w:cs="Times New Roman"/>
          <w:sz w:val="24"/>
          <w:szCs w:val="24"/>
        </w:rPr>
      </w:pPr>
      <w:r>
        <w:rPr>
          <w:rFonts w:ascii="Times New Roman" w:hAnsi="Times New Roman" w:cs="Times New Roman"/>
          <w:sz w:val="24"/>
          <w:szCs w:val="24"/>
        </w:rPr>
        <w:t xml:space="preserve">Without prejudice to </w:t>
      </w:r>
      <w:r w:rsidR="009B07D5">
        <w:rPr>
          <w:rFonts w:ascii="Times New Roman" w:hAnsi="Times New Roman" w:cs="Times New Roman"/>
          <w:sz w:val="24"/>
          <w:szCs w:val="24"/>
        </w:rPr>
        <w:t xml:space="preserve">point </w:t>
      </w:r>
      <w:r>
        <w:rPr>
          <w:rFonts w:ascii="Times New Roman" w:hAnsi="Times New Roman" w:cs="Times New Roman"/>
          <w:sz w:val="24"/>
          <w:szCs w:val="24"/>
        </w:rPr>
        <w:t>8 below, i</w:t>
      </w:r>
      <w:r w:rsidR="00290E22" w:rsidRPr="00290E22">
        <w:rPr>
          <w:rFonts w:ascii="Times New Roman" w:hAnsi="Times New Roman" w:cs="Times New Roman"/>
          <w:sz w:val="24"/>
          <w:szCs w:val="24"/>
        </w:rPr>
        <w:t>s the conduct ongoing, or is there any immediate concern relating to safety, security, well-being or further contact with the person concerned?  If yes, please provide any information that may assist us in considering appropriate immediate measures.</w:t>
      </w:r>
    </w:p>
    <w:p w14:paraId="0D674F9C" w14:textId="3D582504" w:rsidR="004B33A5" w:rsidRDefault="004B33A5" w:rsidP="00F9424B">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14:paraId="12B81083" w14:textId="77777777" w:rsidR="004B33A5" w:rsidRDefault="004B33A5" w:rsidP="00F9424B">
      <w:pPr>
        <w:rPr>
          <w:rFonts w:ascii="Times New Roman" w:hAnsi="Times New Roman" w:cs="Times New Roman"/>
          <w:sz w:val="24"/>
          <w:szCs w:val="24"/>
        </w:rPr>
      </w:pPr>
    </w:p>
    <w:p w14:paraId="14CA3048" w14:textId="7B15AFD8" w:rsidR="005C51A4" w:rsidRPr="00EE44B3" w:rsidRDefault="008255B7" w:rsidP="00F9424B">
      <w:pPr>
        <w:rPr>
          <w:rFonts w:ascii="Times New Roman" w:hAnsi="Times New Roman" w:cs="Times New Roman"/>
          <w:b/>
          <w:bCs/>
          <w:sz w:val="24"/>
          <w:szCs w:val="24"/>
        </w:rPr>
      </w:pPr>
      <w:r>
        <w:rPr>
          <w:rFonts w:ascii="Times New Roman" w:hAnsi="Times New Roman" w:cs="Times New Roman"/>
          <w:sz w:val="24"/>
          <w:szCs w:val="24"/>
        </w:rPr>
        <w:t>7</w:t>
      </w:r>
      <w:r w:rsidR="00F9424B" w:rsidRPr="00A71745">
        <w:rPr>
          <w:rFonts w:ascii="Times New Roman" w:hAnsi="Times New Roman" w:cs="Times New Roman"/>
          <w:sz w:val="24"/>
          <w:szCs w:val="24"/>
        </w:rPr>
        <w:t>.</w:t>
      </w:r>
      <w:r w:rsidR="00941398" w:rsidRPr="00A71745">
        <w:rPr>
          <w:rFonts w:ascii="Times New Roman" w:hAnsi="Times New Roman" w:cs="Times New Roman"/>
          <w:sz w:val="24"/>
          <w:szCs w:val="24"/>
        </w:rPr>
        <w:t xml:space="preserve">  </w:t>
      </w:r>
      <w:r w:rsidR="00941398" w:rsidRPr="00EE44B3">
        <w:rPr>
          <w:rFonts w:ascii="Times New Roman" w:hAnsi="Times New Roman" w:cs="Times New Roman"/>
          <w:b/>
          <w:bCs/>
          <w:sz w:val="24"/>
          <w:szCs w:val="24"/>
        </w:rPr>
        <w:t>Have you reported this matter to</w:t>
      </w:r>
      <w:r w:rsidR="00096717">
        <w:rPr>
          <w:rFonts w:ascii="Times New Roman" w:hAnsi="Times New Roman" w:cs="Times New Roman"/>
          <w:b/>
          <w:bCs/>
          <w:sz w:val="24"/>
          <w:szCs w:val="24"/>
        </w:rPr>
        <w:t xml:space="preserve">, </w:t>
      </w:r>
      <w:r w:rsidR="00096717" w:rsidRPr="002C462F">
        <w:rPr>
          <w:rFonts w:ascii="Times New Roman" w:hAnsi="Times New Roman" w:cs="Times New Roman"/>
          <w:sz w:val="24"/>
          <w:szCs w:val="24"/>
        </w:rPr>
        <w:t xml:space="preserve">or is it being considered by, </w:t>
      </w:r>
      <w:r w:rsidR="00941398" w:rsidRPr="00EE44B3">
        <w:rPr>
          <w:rFonts w:ascii="Times New Roman" w:hAnsi="Times New Roman" w:cs="Times New Roman"/>
          <w:b/>
          <w:bCs/>
          <w:sz w:val="24"/>
          <w:szCs w:val="24"/>
        </w:rPr>
        <w:t>anyone else</w:t>
      </w:r>
      <w:r w:rsidR="004B33A5">
        <w:rPr>
          <w:rFonts w:ascii="Times New Roman" w:hAnsi="Times New Roman" w:cs="Times New Roman"/>
          <w:b/>
          <w:bCs/>
          <w:sz w:val="24"/>
          <w:szCs w:val="24"/>
        </w:rPr>
        <w:t>/</w:t>
      </w:r>
      <w:r w:rsidR="005526C2" w:rsidRPr="002C462F">
        <w:rPr>
          <w:rFonts w:ascii="Times New Roman" w:hAnsi="Times New Roman" w:cs="Times New Roman"/>
          <w:sz w:val="24"/>
          <w:szCs w:val="24"/>
        </w:rPr>
        <w:t>authority</w:t>
      </w:r>
      <w:r w:rsidR="00941398" w:rsidRPr="00EE44B3">
        <w:rPr>
          <w:rFonts w:ascii="Times New Roman" w:hAnsi="Times New Roman" w:cs="Times New Roman"/>
          <w:b/>
          <w:bCs/>
          <w:sz w:val="24"/>
          <w:szCs w:val="24"/>
        </w:rPr>
        <w:t>?</w:t>
      </w:r>
    </w:p>
    <w:p w14:paraId="2BAAE71D" w14:textId="7B67AB1B" w:rsidR="005C51A4"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t>If so, please state whom you contacted, when, and any action taken</w:t>
      </w:r>
      <w:r w:rsidR="008E2F3F">
        <w:rPr>
          <w:rFonts w:ascii="Times New Roman" w:hAnsi="Times New Roman" w:cs="Times New Roman"/>
          <w:sz w:val="24"/>
          <w:szCs w:val="24"/>
        </w:rPr>
        <w:t xml:space="preserve"> or proceedings underway</w:t>
      </w:r>
      <w:r w:rsidRPr="00A71745">
        <w:rPr>
          <w:rFonts w:ascii="Times New Roman" w:hAnsi="Times New Roman" w:cs="Times New Roman"/>
          <w:sz w:val="24"/>
          <w:szCs w:val="24"/>
        </w:rPr>
        <w:t>.</w:t>
      </w:r>
    </w:p>
    <w:p w14:paraId="56711CC6"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4C69BE95"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3A2FA2C4" w14:textId="77777777" w:rsidR="00B51827" w:rsidRDefault="00B51827" w:rsidP="00F9424B">
      <w:pPr>
        <w:rPr>
          <w:rFonts w:ascii="Times New Roman" w:hAnsi="Times New Roman" w:cs="Times New Roman"/>
          <w:sz w:val="24"/>
          <w:szCs w:val="24"/>
        </w:rPr>
      </w:pPr>
    </w:p>
    <w:p w14:paraId="1A2434FA" w14:textId="0E57FC44" w:rsidR="00B51827" w:rsidRPr="00B51827" w:rsidRDefault="00B51827" w:rsidP="00B51827">
      <w:pPr>
        <w:rPr>
          <w:rFonts w:ascii="Times New Roman" w:hAnsi="Times New Roman" w:cs="Times New Roman"/>
          <w:sz w:val="24"/>
          <w:szCs w:val="24"/>
        </w:rPr>
      </w:pPr>
      <w:r>
        <w:rPr>
          <w:rFonts w:ascii="Times New Roman" w:hAnsi="Times New Roman" w:cs="Times New Roman"/>
          <w:sz w:val="24"/>
          <w:szCs w:val="24"/>
        </w:rPr>
        <w:t xml:space="preserve">8. </w:t>
      </w:r>
      <w:r w:rsidRPr="00B51827">
        <w:rPr>
          <w:rFonts w:ascii="Times New Roman" w:hAnsi="Times New Roman" w:cs="Times New Roman"/>
          <w:b/>
          <w:bCs/>
          <w:sz w:val="24"/>
          <w:szCs w:val="24"/>
        </w:rPr>
        <w:t>Confidentiality and use of information</w:t>
      </w:r>
    </w:p>
    <w:p w14:paraId="472EA669" w14:textId="062F2C6E" w:rsidR="00B51827" w:rsidRPr="000D3885" w:rsidRDefault="00B51827" w:rsidP="000D3885">
      <w:pPr>
        <w:jc w:val="both"/>
        <w:rPr>
          <w:rFonts w:ascii="Times New Roman" w:hAnsi="Times New Roman" w:cs="Times New Roman"/>
          <w:i/>
          <w:iCs/>
          <w:sz w:val="24"/>
          <w:szCs w:val="24"/>
        </w:rPr>
      </w:pPr>
      <w:r w:rsidRPr="000D3885">
        <w:rPr>
          <w:rFonts w:ascii="Times New Roman" w:hAnsi="Times New Roman" w:cs="Times New Roman"/>
          <w:i/>
          <w:iCs/>
          <w:sz w:val="24"/>
          <w:szCs w:val="24"/>
        </w:rPr>
        <w:t>Information submitted through this form will be handled with appropriate confidentiality and shared only as necessary for the assessment and handling of the matter</w:t>
      </w:r>
      <w:r w:rsidR="009D34D1" w:rsidRPr="000D3885">
        <w:rPr>
          <w:rFonts w:ascii="Times New Roman" w:hAnsi="Times New Roman" w:cs="Times New Roman"/>
          <w:i/>
          <w:iCs/>
          <w:sz w:val="24"/>
          <w:szCs w:val="24"/>
        </w:rPr>
        <w:t xml:space="preserve">.  </w:t>
      </w:r>
      <w:r w:rsidRPr="000D3885">
        <w:rPr>
          <w:rFonts w:ascii="Times New Roman" w:hAnsi="Times New Roman" w:cs="Times New Roman"/>
          <w:i/>
          <w:iCs/>
          <w:sz w:val="24"/>
          <w:szCs w:val="24"/>
        </w:rPr>
        <w:t>Depending on the nature of the allegations, information may need to be shared with relevant persons, entities or competent authorities. Submission of this form does not in itself constitute a determination that a violation of the Code of Conduct has occurred.</w:t>
      </w:r>
    </w:p>
    <w:p w14:paraId="25A79937" w14:textId="70C087AC" w:rsidR="009F3E02" w:rsidRPr="000D3885" w:rsidRDefault="00602CAB" w:rsidP="000D3885">
      <w:pPr>
        <w:jc w:val="both"/>
        <w:rPr>
          <w:rFonts w:ascii="Times New Roman" w:hAnsi="Times New Roman" w:cs="Times New Roman"/>
          <w:i/>
          <w:iCs/>
          <w:sz w:val="24"/>
          <w:szCs w:val="24"/>
        </w:rPr>
      </w:pPr>
      <w:r w:rsidRPr="000D3885">
        <w:rPr>
          <w:rFonts w:ascii="Times New Roman" w:hAnsi="Times New Roman" w:cs="Times New Roman"/>
          <w:i/>
          <w:iCs/>
          <w:sz w:val="24"/>
          <w:szCs w:val="24"/>
        </w:rPr>
        <w:t xml:space="preserve">This </w:t>
      </w:r>
      <w:r w:rsidR="009F3E02" w:rsidRPr="000D3885">
        <w:rPr>
          <w:rFonts w:ascii="Times New Roman" w:hAnsi="Times New Roman" w:cs="Times New Roman"/>
          <w:i/>
          <w:iCs/>
          <w:sz w:val="24"/>
          <w:szCs w:val="24"/>
        </w:rPr>
        <w:t xml:space="preserve">complaint mechanism is not an emergency service and directing persons facing an immediate safety or security risk to </w:t>
      </w:r>
      <w:r w:rsidR="00232FE0" w:rsidRPr="000D3885">
        <w:rPr>
          <w:rFonts w:ascii="Times New Roman" w:hAnsi="Times New Roman" w:cs="Times New Roman"/>
          <w:i/>
          <w:iCs/>
          <w:sz w:val="24"/>
          <w:szCs w:val="24"/>
        </w:rPr>
        <w:t>C</w:t>
      </w:r>
      <w:r w:rsidR="009F3E02" w:rsidRPr="000D3885">
        <w:rPr>
          <w:rFonts w:ascii="Times New Roman" w:hAnsi="Times New Roman" w:cs="Times New Roman"/>
          <w:i/>
          <w:iCs/>
          <w:sz w:val="24"/>
          <w:szCs w:val="24"/>
        </w:rPr>
        <w:t xml:space="preserve">onference security/local </w:t>
      </w:r>
      <w:r w:rsidR="00A230F8" w:rsidRPr="000D3885">
        <w:rPr>
          <w:rFonts w:ascii="Times New Roman" w:hAnsi="Times New Roman" w:cs="Times New Roman"/>
          <w:i/>
          <w:iCs/>
          <w:sz w:val="24"/>
          <w:szCs w:val="24"/>
        </w:rPr>
        <w:t>relevant authorities</w:t>
      </w:r>
      <w:r w:rsidR="009F3E02" w:rsidRPr="000D3885">
        <w:rPr>
          <w:rFonts w:ascii="Times New Roman" w:hAnsi="Times New Roman" w:cs="Times New Roman"/>
          <w:i/>
          <w:iCs/>
          <w:sz w:val="24"/>
          <w:szCs w:val="24"/>
        </w:rPr>
        <w:t>, as appropriate.</w:t>
      </w:r>
    </w:p>
    <w:p w14:paraId="06A00BE9" w14:textId="77777777" w:rsidR="00B51827" w:rsidRDefault="00B51827" w:rsidP="00F9424B">
      <w:pPr>
        <w:rPr>
          <w:rFonts w:ascii="Times New Roman" w:hAnsi="Times New Roman" w:cs="Times New Roman"/>
          <w:sz w:val="24"/>
          <w:szCs w:val="24"/>
        </w:rPr>
      </w:pPr>
    </w:p>
    <w:p w14:paraId="0FC12E20" w14:textId="0A07E875" w:rsidR="005C51A4" w:rsidRPr="00EE44B3" w:rsidRDefault="00B51827" w:rsidP="00F9424B">
      <w:pPr>
        <w:rPr>
          <w:rFonts w:ascii="Times New Roman" w:hAnsi="Times New Roman" w:cs="Times New Roman"/>
          <w:b/>
          <w:bCs/>
          <w:sz w:val="24"/>
          <w:szCs w:val="24"/>
        </w:rPr>
      </w:pPr>
      <w:r>
        <w:rPr>
          <w:rFonts w:ascii="Times New Roman" w:hAnsi="Times New Roman" w:cs="Times New Roman"/>
          <w:sz w:val="24"/>
          <w:szCs w:val="24"/>
        </w:rPr>
        <w:t>9</w:t>
      </w:r>
      <w:r w:rsidR="00F9424B" w:rsidRPr="00A71745">
        <w:rPr>
          <w:rFonts w:ascii="Times New Roman" w:hAnsi="Times New Roman" w:cs="Times New Roman"/>
          <w:sz w:val="24"/>
          <w:szCs w:val="24"/>
        </w:rPr>
        <w:t>.</w:t>
      </w:r>
      <w:r w:rsidR="00941398" w:rsidRPr="00A71745">
        <w:rPr>
          <w:rFonts w:ascii="Times New Roman" w:hAnsi="Times New Roman" w:cs="Times New Roman"/>
          <w:sz w:val="24"/>
          <w:szCs w:val="24"/>
        </w:rPr>
        <w:t xml:space="preserve">  </w:t>
      </w:r>
      <w:r w:rsidR="00941398" w:rsidRPr="00EE44B3">
        <w:rPr>
          <w:rFonts w:ascii="Times New Roman" w:hAnsi="Times New Roman" w:cs="Times New Roman"/>
          <w:b/>
          <w:bCs/>
          <w:sz w:val="24"/>
          <w:szCs w:val="24"/>
        </w:rPr>
        <w:t>Your contact details</w:t>
      </w:r>
    </w:p>
    <w:p w14:paraId="01134CDB" w14:textId="77777777" w:rsidR="005C51A4"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t>Providing contact details will help us seek clarification and follow up with you.</w:t>
      </w:r>
    </w:p>
    <w:p w14:paraId="5C782F1F" w14:textId="77777777" w:rsidR="005C51A4"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t>Name</w:t>
      </w:r>
    </w:p>
    <w:p w14:paraId="09B48FA2"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5B04FBD7" w14:textId="77777777" w:rsidR="006C42FB" w:rsidRDefault="006C42FB" w:rsidP="00F9424B">
      <w:pPr>
        <w:rPr>
          <w:rFonts w:ascii="Times New Roman" w:hAnsi="Times New Roman" w:cs="Times New Roman"/>
          <w:sz w:val="24"/>
          <w:szCs w:val="24"/>
        </w:rPr>
      </w:pPr>
    </w:p>
    <w:p w14:paraId="6EF6F0D9" w14:textId="41A1108E" w:rsidR="005C51A4"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lastRenderedPageBreak/>
        <w:t>Email address</w:t>
      </w:r>
    </w:p>
    <w:p w14:paraId="12829B1D"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378558C4" w14:textId="77777777" w:rsidR="005C51A4"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t>Telephone number including country code — optional</w:t>
      </w:r>
    </w:p>
    <w:p w14:paraId="5F69F493" w14:textId="0A20BBFD"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7ED89413" w14:textId="77777777" w:rsidR="005C51A4" w:rsidRPr="00A71745" w:rsidRDefault="00000000" w:rsidP="00F9424B">
      <w:pPr>
        <w:rPr>
          <w:rFonts w:ascii="Times New Roman" w:hAnsi="Times New Roman" w:cs="Times New Roman"/>
          <w:sz w:val="24"/>
          <w:szCs w:val="24"/>
        </w:rPr>
      </w:pPr>
      <w:r w:rsidRPr="00A71745">
        <w:rPr>
          <w:rFonts w:ascii="Times New Roman" w:hAnsi="Times New Roman" w:cs="Times New Roman"/>
          <w:sz w:val="24"/>
          <w:szCs w:val="24"/>
        </w:rPr>
        <w:t>Date of submission</w:t>
      </w:r>
    </w:p>
    <w:p w14:paraId="55B59396" w14:textId="77777777" w:rsidR="005C51A4" w:rsidRPr="006C42FB" w:rsidRDefault="00000000" w:rsidP="00F9424B">
      <w:pPr>
        <w:rPr>
          <w:rFonts w:ascii="Times New Roman" w:hAnsi="Times New Roman" w:cs="Times New Roman"/>
          <w:sz w:val="24"/>
          <w:szCs w:val="24"/>
        </w:rPr>
      </w:pPr>
      <w:r w:rsidRPr="006C42FB">
        <w:rPr>
          <w:rFonts w:ascii="Times New Roman" w:hAnsi="Times New Roman" w:cs="Times New Roman"/>
          <w:sz w:val="24"/>
          <w:szCs w:val="24"/>
        </w:rPr>
        <w:t>________________________________________________________________________________</w:t>
      </w:r>
    </w:p>
    <w:p w14:paraId="33713DC4" w14:textId="77777777" w:rsidR="00F9424B" w:rsidRDefault="00F9424B" w:rsidP="00F9424B">
      <w:pPr>
        <w:rPr>
          <w:rFonts w:ascii="Times New Roman" w:hAnsi="Times New Roman" w:cs="Times New Roman"/>
          <w:sz w:val="24"/>
          <w:szCs w:val="24"/>
        </w:rPr>
      </w:pPr>
    </w:p>
    <w:p w14:paraId="1AE496E2" w14:textId="59B969CE" w:rsidR="005C51A4" w:rsidRPr="00A71745" w:rsidRDefault="005C51A4" w:rsidP="00F9424B">
      <w:pPr>
        <w:rPr>
          <w:rFonts w:ascii="Times New Roman" w:hAnsi="Times New Roman" w:cs="Times New Roman"/>
          <w:sz w:val="24"/>
          <w:szCs w:val="24"/>
        </w:rPr>
      </w:pPr>
    </w:p>
    <w:sectPr w:rsidR="005C51A4" w:rsidRPr="00A71745" w:rsidSect="006C42FB">
      <w:pgSz w:w="12240" w:h="15840"/>
      <w:pgMar w:top="1161"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2551981">
    <w:abstractNumId w:val="8"/>
  </w:num>
  <w:num w:numId="2" w16cid:durableId="1153990449">
    <w:abstractNumId w:val="6"/>
  </w:num>
  <w:num w:numId="3" w16cid:durableId="1240288176">
    <w:abstractNumId w:val="5"/>
  </w:num>
  <w:num w:numId="4" w16cid:durableId="360211036">
    <w:abstractNumId w:val="4"/>
  </w:num>
  <w:num w:numId="5" w16cid:durableId="1819374854">
    <w:abstractNumId w:val="7"/>
  </w:num>
  <w:num w:numId="6" w16cid:durableId="120193738">
    <w:abstractNumId w:val="3"/>
  </w:num>
  <w:num w:numId="7" w16cid:durableId="1683707056">
    <w:abstractNumId w:val="2"/>
  </w:num>
  <w:num w:numId="8" w16cid:durableId="55519849">
    <w:abstractNumId w:val="1"/>
  </w:num>
  <w:num w:numId="9" w16cid:durableId="16507461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2D2"/>
    <w:rsid w:val="00034616"/>
    <w:rsid w:val="0006063C"/>
    <w:rsid w:val="00067A4A"/>
    <w:rsid w:val="00096717"/>
    <w:rsid w:val="000C2C4B"/>
    <w:rsid w:val="000D3885"/>
    <w:rsid w:val="00120ED0"/>
    <w:rsid w:val="0015074B"/>
    <w:rsid w:val="00232FE0"/>
    <w:rsid w:val="00280E9E"/>
    <w:rsid w:val="002865BE"/>
    <w:rsid w:val="00290E22"/>
    <w:rsid w:val="0029639D"/>
    <w:rsid w:val="002C462F"/>
    <w:rsid w:val="00321851"/>
    <w:rsid w:val="00326F90"/>
    <w:rsid w:val="00482BBD"/>
    <w:rsid w:val="004B33A5"/>
    <w:rsid w:val="00517B85"/>
    <w:rsid w:val="005526C2"/>
    <w:rsid w:val="005C51A4"/>
    <w:rsid w:val="00602CAB"/>
    <w:rsid w:val="006C42FB"/>
    <w:rsid w:val="00707587"/>
    <w:rsid w:val="00772D3D"/>
    <w:rsid w:val="007E796F"/>
    <w:rsid w:val="007E7F00"/>
    <w:rsid w:val="00810F52"/>
    <w:rsid w:val="008241C6"/>
    <w:rsid w:val="008255B7"/>
    <w:rsid w:val="008E2F3F"/>
    <w:rsid w:val="00941398"/>
    <w:rsid w:val="00987CD7"/>
    <w:rsid w:val="009A6BD5"/>
    <w:rsid w:val="009B07D5"/>
    <w:rsid w:val="009D34D1"/>
    <w:rsid w:val="009F3E02"/>
    <w:rsid w:val="00A230F8"/>
    <w:rsid w:val="00A71745"/>
    <w:rsid w:val="00A87635"/>
    <w:rsid w:val="00AA1D8D"/>
    <w:rsid w:val="00B32B8B"/>
    <w:rsid w:val="00B47730"/>
    <w:rsid w:val="00B51827"/>
    <w:rsid w:val="00B939E6"/>
    <w:rsid w:val="00BA64C9"/>
    <w:rsid w:val="00CA77CB"/>
    <w:rsid w:val="00CB0664"/>
    <w:rsid w:val="00CB376E"/>
    <w:rsid w:val="00D50F8F"/>
    <w:rsid w:val="00DD35E2"/>
    <w:rsid w:val="00DE4E40"/>
    <w:rsid w:val="00E46BC0"/>
    <w:rsid w:val="00EE44B3"/>
    <w:rsid w:val="00F34746"/>
    <w:rsid w:val="00F942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D03422"/>
  <w14:defaultImageDpi w14:val="300"/>
  <w15:docId w15:val="{B0C7F67B-059B-7D40-A06D-F0A605D22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DE4E40"/>
    <w:pPr>
      <w:spacing w:after="0" w:line="240" w:lineRule="auto"/>
    </w:pPr>
    <w:rPr>
      <w:rFonts w:ascii="Arial" w:hAnsi="Arial"/>
      <w:sz w:val="20"/>
    </w:rPr>
  </w:style>
  <w:style w:type="character" w:styleId="CommentReference">
    <w:name w:val="annotation reference"/>
    <w:basedOn w:val="DefaultParagraphFont"/>
    <w:uiPriority w:val="99"/>
    <w:semiHidden/>
    <w:unhideWhenUsed/>
    <w:rsid w:val="00A87635"/>
    <w:rPr>
      <w:sz w:val="16"/>
      <w:szCs w:val="16"/>
    </w:rPr>
  </w:style>
  <w:style w:type="paragraph" w:styleId="CommentText">
    <w:name w:val="annotation text"/>
    <w:basedOn w:val="Normal"/>
    <w:link w:val="CommentTextChar"/>
    <w:uiPriority w:val="99"/>
    <w:unhideWhenUsed/>
    <w:rsid w:val="00A87635"/>
    <w:pPr>
      <w:spacing w:line="240" w:lineRule="auto"/>
    </w:pPr>
    <w:rPr>
      <w:szCs w:val="20"/>
    </w:rPr>
  </w:style>
  <w:style w:type="character" w:customStyle="1" w:styleId="CommentTextChar">
    <w:name w:val="Comment Text Char"/>
    <w:basedOn w:val="DefaultParagraphFont"/>
    <w:link w:val="CommentText"/>
    <w:uiPriority w:val="99"/>
    <w:rsid w:val="00A8763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87635"/>
    <w:rPr>
      <w:b/>
      <w:bCs/>
    </w:rPr>
  </w:style>
  <w:style w:type="character" w:customStyle="1" w:styleId="CommentSubjectChar">
    <w:name w:val="Comment Subject Char"/>
    <w:basedOn w:val="CommentTextChar"/>
    <w:link w:val="CommentSubject"/>
    <w:uiPriority w:val="99"/>
    <w:semiHidden/>
    <w:rsid w:val="00A87635"/>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Patricia Nemeth</cp:lastModifiedBy>
  <cp:revision>5</cp:revision>
  <dcterms:created xsi:type="dcterms:W3CDTF">2026-11-04T16:44:00Z</dcterms:created>
  <dcterms:modified xsi:type="dcterms:W3CDTF">2026-11-04T16:49:00Z</dcterms:modified>
  <cp:category/>
</cp:coreProperties>
</file>